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Прокуратура гор. Калининграда (подробнее) Иные лица: ГКУКО "МФЦ"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