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«Авиаагрегат»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ОАО "Авиаагрегат" (подробнее) Ответчики: ООО "ГРУППА КОМПАНИЙ "КРАСНЫЙ ОКТЯБРЬ" (подробнее) Иные лица: Арбитражный суд Волгоградской область (подробнее) ООО Ликвидатор "Группа компаний "Красный Октябрь"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