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Пустоляков Андрей Альбертович (подробнее) Ответчики: Межрайонная ИФНС России №7 по Краснодаскому краю (подробнее) МИФНС №7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