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«Международный аэропорт Минеральные 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ФГБУ "Главный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среды" (подробнее) Ответчики: ОАО "Международный аэропорт Минеральные Воды"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