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«РТ-СоцСтрой»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казённое учреждение города Севастополя "Единая дирекция капитального строительства" (подробнее) Ответчики: ООО "РТ-Соцстрой"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