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Многопрофильная электротехническая компания «Элтос»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МНОГОПРОФИЛЬНАЯ ЭЛЕКТРОТЕХНИЧЕСКАЯ КОМПАНИЯ "ЭлТОС", г.Саранск (подробнее) Ответчики: Союз "Торгово-промышленная палата города Набережные Челны Республики Татарстан", г. Набережные Челны (подробнее) Иные лица: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