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УМВД России по Брянской области (подробнее) Иные лица: 20 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