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«Брянский завод поглощающих аппаратов»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"ЧЕЛЯБИНСКИЙ КУЗНЕЧНО-ПРЕССОВЫЙ ЗАВОД" (подробнее) Ответчики: ООО "БРЯНСКИЙ ЗАВОД ПОГЛОЩАЮЩИХ АППАРАТОВ"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