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«Уральская энергосбытовая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Прокуратура Красноармейского района (подробнее) Ответчики: ООО "УРАЛЬСКАЯ ЭНЕРГОСБЫТОВАЯ КОМПАНИЯ" (подробнее) Иные лица: Прокуратура Челябинской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