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«Белые кеды»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"Белые кеды" (подробнее) Ответчики: Инспекция Федеральной налоговой службы №15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