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"Страховая медицинская компания РЕСО-Мед" (подробнее) ОСП ТЕРРИТОРИАЛЬНЫЙ ФОНД ОБЯЗАТЕЛЬНОГО МЕДИЦИНСКОГО СТРАХОВАНИЯ МОСКОВСКОЙ ОБЛАСТИ (подробнее) Ответчики: Территориальный фонд обязательного медицинского страхования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