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Ставропольского края «Стававтодор»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ГОСУДАРСТВЕННОЕ БЮДЖЕТНОЕ УЧРЕЖДЕНИЕ СТАВРОПОЛЬСКОГО КРАЯ "СТАВАВТОДОР" (подробнее) Ответчики: ООО "Энерго-Арсенал"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