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Нижнего Новгорода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