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«Екатеринбургская электросетевая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