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бюджетному учреждению культуры «Театр музыки, драмы и комедии» Новоуральского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