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«Фабрика рабочей обуви»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