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«Департамен»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ГК "Департамент" (подробнее) Ответчики: УФНС России по Магаданской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