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«Сибирский химический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