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«Солар»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Кировский районный суд г.Омска (подробнее) МЕЖРАЙОННАЯ ИНСПЕКЦИЯ ФЕДЕРАЛЬНОЙ НАЛОГОВОЙ СЛУЖБЫ №21 ПО НОВОСИБИРСКОЙ ОБЛАСТИ (подробнее) Ответчики: ООО АГРОКОМПЛЕКС ГОРНОУРАЛЬСКИЙ (подробнее) ООО "Торговый дом "Каро"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