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«Теплоучетсервис», Насырову Ренату Салаватовичу и обществу с ограниченной ответственностью 2 «Сантек»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