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Снежковой Ольге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