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«Русь-М»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"АльфаСтрахование" (подробнее) Ответчики: ООО "ЧАСТНОЕ ОХРАННОЕ ПРЕДПРИЯТИЕ "РУСЬ-М"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