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Московской области «Подольская областная клиническая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"Джодас Экспоим" (подробнее) подольская областная клиническая больница (подробнее) Ответчики: ГБУЗ МО "Подольская областная клиническая больница"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