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«Мытищинский завод профнастила»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"МЫТИЩИНСКИЙ ЗАВОД ПРОФНАСТИЛА" (подробнее) Иные лица: Инспекция ФНС по г. Мытищи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