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«Башкирские распределительные электрические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Государственный комитет РБ по тарифам (подробнее) Иные лица: ООО Башкирские распределительные электрические сети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