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здравоохранения «Медико- санитарная часть Министерства внутренних дел Российской Федерации по Рязанской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