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городского округа Тольятти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