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«Борса»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"Борса" (подробнее) Ответчики: Инспекция Министерства Российской Федерации по налогам и сборам №13 по Северному административному округу города Москвы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