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23.11.2023,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«Ритм-2»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