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Назимову Рамилю Махмутовичу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