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«Тагильское пиво»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А.Г.Першутов Суд: Верховный Суд РФ (подробнее) Истцы: ООО "НЭКЦ" (подробнее) ООО ТАГИЛЬСКОЕ ПИВО (подробнее) Ответчики: Межрайонная инспекция Федеральной налоговой службы №16 по Свердловской области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