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Южной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"Мэйджор Карго Сервис" (подробнее) Ответчики: ЮЖНАЯ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