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«Ливадийский ремонтно-судостроительный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Пограничное управление Федеральной службы безопасности Российской Федерации по восточному арктическому району (подробнее) Ответчики: ООО "Ливадийский ремонтно-судостроительный завод" (подробнее) Иные лица: Арбитражный суд Дальневосточного округа (подробнее) Межрайонная инспекция Федеральной налоговой службы №14 по Приморскому краю (подробнее) Пятый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