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Сингапура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Правительство Сингапура (подробнее) Правительство Сингапура (The Government of Singapore) (подробнее) Ответчики: Межрегиональная Инспекция Федеральной налоговой службы по крупнейшим налогоплательщикам №9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