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Завод окон «Алвин»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Завод окон "Алвин" (подробнее) Ответчики: ООО "Строительная компания Велес"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