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«Сигура»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"Сигура" (подробнее) Ответчики: ГУП Санкт-Петербургское "Петербургский метрополитен " (подробнее) Иные лица: ООО АВТОКОМПОЗИТ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