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«Металл Индастри»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Ответчики: ООО "Металл Индастри" (подробнее) ООО "Решение" (подробнее) Иные лица: ООО "РТ-ИНЖИНИРИНГ"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