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«Курганский машиностроительный завод»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ПАО "Курганский машиностроительный завод" (подробнее) Ответчики: АО "НАУЧНО-ПРОИЗВОДСТВЕННОЕ ОБЪЕДИНЕНИЕ "ЭЛЕКТРОМАШИНА"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