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«Специальное конструкторско-технологическое бюро «Системы контроля и телематики- сборочное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СПЕЦИАЛЬНОЕ КОНСТРУКТОРСКО-ТЕХНОЛОГИЧЕСКОЕ БЮРО "СИСТЕМЫ КОНТРОЛЯ И ТЕЛЕМАТИКИ - СБОРОЧНОЕ ПРЕДПРИЯТИЕ" (подробнее) Ответчики: АО "СФЕРА ТЕЛЕКОМ"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