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«Инженерный Центр АС Теплострой»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МУНИЦИПАЛЬНОЕ КАЗЕННОЕ УЧРЕЖДЕНИЕ "ГОРОДСКОЕ УПРАВЛЕНИЕ ЖИЛИЩНО-КОММУНАЛЬНОГО ХОЗЯЙСТВА САТКИНСКОГО МУНИЦИПАЛЬНОГО РАЙОНА (подробнее) Ответчики: ООО "ИНЖЕНЕРНЫЙ ЦЕНТР АС ТЕПЛОСТРОЙ"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