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АНО ФОНД ЗАЩИТЫ ВКЛАДЧИКОВ (подробнее) Ответчики: АО "Севастопольэнерго" (подробнее) ООО "СЕВАСТОПОЛЬЭНЕРГО" (подробнее) ПАО Филиал "ЭК "Севастопольэнерго"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