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Территориальному фонду обязательного медицинского страхования Вологодской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БУЗ ВО "Вологодская станция скорой медицинской помощи" имени Н.Л.Турупанова (подробнее) Ответчики: ГУ Территориальный фонд обязательного медицинского страхования ВО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