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«Специализированное управление вспомогательных работ»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"Специализированное управление вспомогательных работ" (подробнее) Ответчики: Управление Федеральной антимонопольной службы по Ямало-Ненецкому автономному округу (подробнее) Иные лица: Арбитражный суд Западно-Сибирского округа (подробнее) Восьмой арбитражный апелляционный суд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