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Межрайонная Инспекция Федеральной налоговой службы №1 по Сахалинской области (подробнее) Иные лица: Управление Федеральной налоговой службы по Сахалинской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