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«Национальная служба взыскания»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"Национальная служба взыскания" (подробнее) Ответчики: Главное управление Федеральной службы судебных приставов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