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по контролю (надзору) Республики Алтай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"Алтайэнергосбыт" (подробнее) Ответчики: Комитет по контролю (надзору) Республики Алтай (подробнее) Иные лица: Арбитражный суд Алтайского края (подробнее) ООО Комбинат профбыт сервис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