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Администрации города Татарска Татарского района Новосибирской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Общество с ограниченной ответственностью "Национальный земельный фонд" (подробнее) Ответчики: Администрация города Татарска Новосибирской области (подробнее) Иные лица: Арбитражный суд Западно-Сибирского округа (подробнее) ООО "ЭКС" (подробнее) Седьмой арбитражный апелляционный суд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