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Росреестра по Республике Марий ЭЛ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