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 глава крестьянского (фермерского) хозяйства ФИО1 (далее - глава КФХ ФИО1, предприниматель) обратился в Арбитражный суд Республики Крым с заявлением, уточненным в соответствии со статьей 49 Арбитражного процессуального кодекса Российской Федерации (далее - АПК РФ), о признании недействительным уведомления Государственного комитета по государственной регистрации и кадастру Республики Крым (далее - Госкомрегистр, орган кадастрового учета) от 25.03.2022 N КУВД-001/2022- 5802402/2 об отказе в осуществлении государственного кадастрового учета изменения категории земельного участка с кадастровым номером 90:01:130301:874, расположенного по адресу: Республика Крым, Бахчисарайский район, Песчановский сельский совет, с категории "земли сельскохозяйственного назначения" на категорию "земли населенных пунктов". Предприниматель просил суд возложить на Госкомрегистр обязанность осуществить государственный кадастровый учет указанных изменений в отношении земельного участка с кадастровым номером 90:01:130301:874. Решением Арбитражного суда Республики Крым от 24.01.2023 требования предпринимателя удовлетворены. Постановлением Двадцать первого арбитражного апелляционного суда от 04.07.2023, оставленным без изменения постановлением Арбитражного суда Центрального округа от 02.11.2023, решение от 24.01.2023 отменено, заявление предпринимателя оставлено без удовлетворения.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суды апелляционной и кассационной инстанций в основу судебных актов положили довод о том, что из общедоступных сведений на официальном сайте Администрации Бахчисарайского района Республики Крым следует, что решением от 06.12.2018 № 780 утвержден генеральный план Песчановского сельского поселения бахчисарайского района Республики Крым, за исключением вопросов, отнесенных к карет разногласий согласно Приложению № 2. Приложение № 2 к названному решению содержит карту разногласий по проекту генерального плана, в которой в пункте 7 Министерство сельского хозяйства Республики Крым заключением от 06.02.20128 не согласовало проект генерального плана Песчановского сельского поселения Бахчисарайского района Республики Крым в части перевода земель сельскохозяйственного назначения в земли населенных пунктов в предполагаемых проектом генерального плана площадях по причине отсутствия обоснования такой необходимости и потребности в новых территориях для их застройки и развития населенных пунктов. Заявитель представил в материалы дела решение Бахчисарайского районного Совета Республики Крым от 06.12.2018 № 780, которым утвержден генеральный план Песчановского сельского поселения Бахчисарайского района Республики Крым, генеральный план и карту разногласий (приложение № 2 к генеральному плану), а также карту разногласий, содержащую 5 пунктов, по каждому из которых стоит отметка «учтено». Государственный орган, а также иные лица, участвующие в деле, генеральный план и карту разногласий, содержащую некий пункт7,не представили. Следовательно, в материалах дела имеется единственный документ, подтверждающий содержание разногласий в отношении генерального плана Песчановского сельского поселения -карта разногласий, содержащая 5 пунктов. Представленные заявителем документы подтверждают, что принадлежащий ему земельный участок с кадастровым номером 90:01:130301:874 включен в границы Песчановского сельского поселения. Поскольку с номами градостроительного кодекса Российской Федерации замечания к генеральному плану могут быть сделаны только в течение 30дней с момента обеспечения доступа к проекту, после утверждения градостроительного подана в карту разногласий не могли быть добавлены никакие дополнительные пункты, так как срок для предъявления замечаний истек. Отсутствие в регистрирующем органе информации о границах населенного пункта (Песчановское сельское поселение Бахчисарайского района Республики Крым) в нарушение пункта 8 части 1 статьи 32 Федерального закона от 13.07.2015 № 218 «О государственной регистрации недвижимости» обязанности по направлению карты границ населенных пунктов не может являться основанием для приостановления либо отказа заявителю в государственном кадастровом учете. Отказ в государственной регистрации нарушает права и законные интересы ИП ФИО1, в частности, право на использование принадлежащего ему на праве собственности земельного участка по целевому назначению.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Главой КФХ ФИО1 на основании договора купли-продажи от 25.12.2018 приобретен в собственность земельный участок с кадастровым номером 90:01:130301:752, расположенный по адресу: Республика Крым, Бахчисарайский район, Песчановский сельский совет, относящийся к землям населенных пунктов с видом разрешенного использования для ведения личного подсобного хозяйства на полевых участках. В дальнейшем земельный участок с кадастровым номером 90:01:130301:752 был разделен на два участка: земельный участок с кадастровым номером 90:01:130301:874, площадью 5 152 кв. м, а также земельный участок с кадастровым номером 90:01:130301:875, площадью 5 151 кв. м, относящихся к землям сельскохозяйственного назначения, с видом разрешенного использования для ведения личного подсобного хозяйства на полевых участках. На земельный участок с кадастровым номером 90:01:130301:874 зарегистрировано право собственности ФИО1 Решением Бахчисарайского районного Совета Республики Крым от 06.12.2018 N 780 утвержден Генеральный план Песчановского сельского поселения Бахчисарайского района Республики Крым (далее - решение от 06.12.2018 N 780). Согласно представленным предпринимателем в дело документам земельный участок с кадастровым номером 90:01:130301:874 относится с учетом его местоположения к территориям по названному генплану, проектируемым для включения в границы населенного пункта. Глава КФХ ФИО1 обратился в Госкомрегистр с заявлением от 15.02.2022 о государственном кадастровом учете изменения категории земельного участка с кадастровым номером 90:01:130301:874 с категории "земли сельскохозяйственного назначения" на категорию "земли населенных пунктов" со ссылкой на решение от 06.12.2018 N 780. Уведомлением от 25.02.2022 N КУВД-001/2022-5802402/1 Госкомрегистр сообщил заявителю о приостановлении до 25.03.2022 государственного кадастрового учета из-за отсутствия, в частности, в регистрирующем органе информации о границах населенного пункта Песчаное Песчановского сельского поселения Бахчисарайского района Республики Крым, а уведомлением от 25.03.2022 N КУВД-001/2022-5802402/2 Госкомрегистр отказал предпринимателю в государственном кадастровом учете изменения категории земельного участка из-за неустранения причин, препятствующих осуществлению государственного кадастрового учета. Оспаривая отказ в осуществлении государственного кадастрового учета изменения категории земельного участка, предприниматель обратился в суд с заявлением по настоящему делу. Удовлетворяя заявленные требования, суд первой инстанции исходил из того, что генеральным планом Песчановского сельского поселения Бахчисарайского района Республики Крым, утвержденным решением от 06.12.2018 N 780, земельный участок с кадастровым номером 90:01:130301:752, из которого был образован спорный земельный участок, включен в границы населенного пункта, в связи с чем с момента включения в границы населенного пункта данный земельный участок фактически переведен из земель сельскохозяйственного назначения в категорию земель населенных пунктов; отсутствие межведомственного информационного взаимодействия между органами, осуществляющими властные функции, не должно нарушать прав заявителя. Апелляционный суд, с которым впоследствии согласился суд округа, указанное решение суда первой инстанции отменил, в удовлетворении требований отказал в силу следующего. В соответствии с пунктом 1 статьи 7 Земельного кодекса Российской Федерации по своему целевому назначению земли сельскохозяйственного назначения и земли населенных пунктов относятся к различным категориям земель. Согласно части 2 статьи 7 Федерального закона от 13.07.2015 N 218-ФЗ "О государственной регистрации недвижимости" Единый государственный реестр недвижимости представляет собой свод достоверных систематизированных сведений в текстовой форме (семантические сведения) и графической форме (графические сведения) и включает, в том числе данные о границах населенных пунктов. В соответствии с частью 1 статьи 8 Федерального закона от 21.12.2004 N 172-ФЗ "О переводе земель или земельных участков из одной категории в другую" установление или изменение границ населенных пунктов,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 В силу части 2 статьи 25 Градостроительного кодекса Российской Федерации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поселение или городской округ, в случае, если предусматривается в соответствии с указанным проектом включение в границы населенных пунктов, входящих в состав поселения,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 Из общедоступных сведений, размещенных на официальном сайте Администрации Бахчисарайского района Республики Крым, следует, что решением от 06.12.2018 N 780 утвержден генеральный план Песчановского сельского поселения Бахчисарайского района Республики Крым, за исключением вопросов, отнесенных к карте разногласий согласно Приложению N 2. Приложение N 2 к названному решению содержит карту разногласий по проекту генерального плана, в которой Министерство сельского хозяйства Республики Крым заключением от 06.02.2018 не согласовало проект генерального плана Песчановского сельского поселения Бахчисарайского района Республики Крым в части перевода земель сельскохозяйственного назначения в земли населенных пунктов в предлагаемых проектом генерального плана площадях по причине отсутствия обоснования такой необходимости и потребности в новых территориях для их застройки и развития населенных пунктов. В ответ на межведомственный запрос Администрация Бахчисарайского района Республики Крым письмом от 21.02.2022 N 02-27/2347/1 сообщила органу кадастрового учета о том, что карты (планы) границ территории населенных пунктов в соответствии с Законом о землеустройстве не разработаны; земельный участок с кадастровым номером 90:01:130301:874 находится в проектируемых границах населенного пункта с. Песчаное в зоне сельскохозяйственного использования, но в силу пункта 7 карты разногласий к проекту генерального плана территория, на которой расположен этот земельный участок, относится к неурегулированным вопросам и является несогласованной; данный вопрос проходит процедуру урегулирования и будет рассмотрен при внесении изменений в генеральный план. Доказательства, которые бы свидетельствовали о том, что в пределах определенных в установленном законом порядке границ населенного пункта с. Песчаное находится земельный участок с кадастровым номером 90:01:130301:874, по настоящему делу не представлены. При указанных обстоятельствах у органа кадастрового учета отсутствовали правовые основания для осуществления государственного кадастрового учета изменения категории земельного участка с кадастровым номером 90:01:130301:874 с категории "земли сельскохозяйственного назначения" на категорию "земли населенных пунктов" по заявлению предпринимателя от 15.02.2022.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Глава К(ф)х Кадочников Сергей Иванович (подробнее) Ответчики: Государственный комитет по государственной регистрации и кадастру Республики Крым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