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«Юнипро»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ГУ Красноярское региональное отделение Фонда социального страхования Российской Федерации (подробнее) Отделение фонда пенсионного и социального страхования российской федерации по красноярскому краю (подробнее) Ответчики: ПАО Филиал "Березовская ГРЭС" "Юнипро" (подробнее) ПАО "Юнипро" (подробнее) Иные лица: ГУ Управление по вопросам миграции МВД России по КК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